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template-free.jp ／ FAX送付状テンプレート</w:t>
      </w:r>
    </w:p>
    <w:p>
      <w:pPr>
        <w:spacing w:before="20" w:after="60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ＦＡＸ送付状</w:t>
      </w: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送信先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374" w:hRule="atLeast"/>
        </w:trPr>
        <w:tc>
          <w:tcPr>
            <w:tcW w:type="dxa" w:w="1928"/>
            <w:tcMar>
              <w:top w:w="45" w:type="dxa"/>
              <w:bottom w:w="4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宛先（会社名）</w:t>
            </w:r>
          </w:p>
        </w:tc>
        <w:tc>
          <w:tcPr>
            <w:tcW w:type="dxa" w:w="7937"/>
            <w:tcMar>
              <w:top w:w="45" w:type="dxa"/>
              <w:bottom w:w="4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株式会社サンプル商事</w:t>
            </w:r>
          </w:p>
        </w:tc>
      </w:tr>
    </w:tbl>
    <w:p>
      <w:pPr>
        <w:spacing w:before="0" w:after="0" w:line="45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374" w:hRule="atLeast"/>
        </w:trPr>
        <w:tc>
          <w:tcPr>
            <w:tcW w:type="dxa" w:w="1928"/>
            <w:tcMar>
              <w:top w:w="45" w:type="dxa"/>
              <w:bottom w:w="4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部署・担当者名</w:t>
            </w:r>
          </w:p>
        </w:tc>
        <w:tc>
          <w:tcPr>
            <w:tcW w:type="dxa" w:w="7937"/>
            <w:tcMar>
              <w:top w:w="45" w:type="dxa"/>
              <w:bottom w:w="4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購買部　田中 次郎　様</w:t>
            </w:r>
          </w:p>
        </w:tc>
      </w:tr>
    </w:tbl>
    <w:p>
      <w:pPr>
        <w:spacing w:before="0" w:after="0" w:line="45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374" w:hRule="atLeast"/>
        </w:trPr>
        <w:tc>
          <w:tcPr>
            <w:tcW w:type="dxa" w:w="1928"/>
            <w:tcMar>
              <w:top w:w="45" w:type="dxa"/>
              <w:bottom w:w="4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FAX番号</w:t>
            </w:r>
          </w:p>
        </w:tc>
        <w:tc>
          <w:tcPr>
            <w:tcW w:type="dxa" w:w="7937"/>
            <w:tcMar>
              <w:top w:w="45" w:type="dxa"/>
              <w:bottom w:w="4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03-YYYY-YYYY</w:t>
            </w:r>
          </w:p>
        </w:tc>
      </w:tr>
    </w:tbl>
    <w:p>
      <w:pPr>
        <w:spacing w:before="0" w:after="0" w:line="45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送信元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374" w:hRule="atLeast"/>
        </w:trPr>
        <w:tc>
          <w:tcPr>
            <w:tcW w:type="dxa" w:w="1928"/>
            <w:tcMar>
              <w:top w:w="45" w:type="dxa"/>
              <w:bottom w:w="4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会社名</w:t>
            </w:r>
          </w:p>
        </w:tc>
        <w:tc>
          <w:tcPr>
            <w:tcW w:type="dxa" w:w="7937"/>
            <w:tcMar>
              <w:top w:w="45" w:type="dxa"/>
              <w:bottom w:w="4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株式会社テンプレートフリー</w:t>
            </w:r>
          </w:p>
        </w:tc>
      </w:tr>
    </w:tbl>
    <w:p>
      <w:pPr>
        <w:spacing w:before="0" w:after="0" w:line="45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374" w:hRule="atLeast"/>
        </w:trPr>
        <w:tc>
          <w:tcPr>
            <w:tcW w:type="dxa" w:w="1928"/>
            <w:tcMar>
              <w:top w:w="45" w:type="dxa"/>
              <w:bottom w:w="4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部署・氏名</w:t>
            </w:r>
          </w:p>
        </w:tc>
        <w:tc>
          <w:tcPr>
            <w:tcW w:type="dxa" w:w="7937"/>
            <w:tcMar>
              <w:top w:w="45" w:type="dxa"/>
              <w:bottom w:w="4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営業部　鈴木 一郎</w:t>
            </w:r>
          </w:p>
        </w:tc>
      </w:tr>
    </w:tbl>
    <w:p>
      <w:pPr>
        <w:spacing w:before="0" w:after="0" w:line="45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374" w:hRule="atLeast"/>
        </w:trPr>
        <w:tc>
          <w:tcPr>
            <w:tcW w:type="dxa" w:w="1928"/>
            <w:tcMar>
              <w:top w:w="45" w:type="dxa"/>
              <w:bottom w:w="4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FAX番号</w:t>
            </w:r>
          </w:p>
        </w:tc>
        <w:tc>
          <w:tcPr>
            <w:tcW w:type="dxa" w:w="7937"/>
            <w:tcMar>
              <w:top w:w="45" w:type="dxa"/>
              <w:bottom w:w="4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03-XXXX-XXXX</w:t>
            </w:r>
          </w:p>
        </w:tc>
      </w:tr>
    </w:tbl>
    <w:p>
      <w:pPr>
        <w:spacing w:before="0" w:after="0" w:line="45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374" w:hRule="atLeast"/>
        </w:trPr>
        <w:tc>
          <w:tcPr>
            <w:tcW w:type="dxa" w:w="1928"/>
            <w:tcMar>
              <w:top w:w="45" w:type="dxa"/>
              <w:bottom w:w="4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電話番号</w:t>
            </w:r>
          </w:p>
        </w:tc>
        <w:tc>
          <w:tcPr>
            <w:tcW w:type="dxa" w:w="7937"/>
            <w:tcMar>
              <w:top w:w="45" w:type="dxa"/>
              <w:bottom w:w="4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03-XXXX-XXXX</w:t>
            </w:r>
          </w:p>
        </w:tc>
      </w:tr>
    </w:tbl>
    <w:p>
      <w:pPr>
        <w:spacing w:before="0" w:after="0" w:line="45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374" w:hRule="atLeast"/>
        </w:trPr>
        <w:tc>
          <w:tcPr>
            <w:tcW w:type="dxa" w:w="1928"/>
            <w:tcMar>
              <w:top w:w="45" w:type="dxa"/>
              <w:bottom w:w="4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送信日時</w:t>
            </w:r>
          </w:p>
        </w:tc>
        <w:tc>
          <w:tcPr>
            <w:tcW w:type="dxa" w:w="7937"/>
            <w:tcMar>
              <w:top w:w="45" w:type="dxa"/>
              <w:bottom w:w="4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2026年6月1日　10:00</w:t>
            </w:r>
          </w:p>
        </w:tc>
      </w:tr>
    </w:tbl>
    <w:p>
      <w:pPr>
        <w:spacing w:before="0" w:after="0" w:line="45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送信内容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374" w:hRule="atLeast"/>
        </w:trPr>
        <w:tc>
          <w:tcPr>
            <w:tcW w:type="dxa" w:w="1928"/>
            <w:tcMar>
              <w:top w:w="45" w:type="dxa"/>
              <w:bottom w:w="4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件名</w:t>
            </w:r>
          </w:p>
        </w:tc>
        <w:tc>
          <w:tcPr>
            <w:tcW w:type="dxa" w:w="7937"/>
            <w:tcMar>
              <w:top w:w="45" w:type="dxa"/>
              <w:bottom w:w="4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ご注文書（2026年6月分）送付の件</w:t>
            </w:r>
          </w:p>
        </w:tc>
      </w:tr>
    </w:tbl>
    <w:p>
      <w:pPr>
        <w:spacing w:before="0" w:after="0" w:line="45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374" w:hRule="atLeast"/>
        </w:trPr>
        <w:tc>
          <w:tcPr>
            <w:tcW w:type="dxa" w:w="1928"/>
            <w:tcMar>
              <w:top w:w="45" w:type="dxa"/>
              <w:bottom w:w="4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総枚数</w:t>
            </w:r>
          </w:p>
        </w:tc>
        <w:tc>
          <w:tcPr>
            <w:tcW w:type="dxa" w:w="7937"/>
            <w:tcMar>
              <w:top w:w="45" w:type="dxa"/>
              <w:bottom w:w="4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3枚（本紙を含む）</w:t>
            </w:r>
          </w:p>
        </w:tc>
      </w:tr>
    </w:tbl>
    <w:p>
      <w:pPr>
        <w:spacing w:before="0" w:after="0" w:line="45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374" w:hRule="atLeast"/>
        </w:trPr>
        <w:tc>
          <w:tcPr>
            <w:tcW w:type="dxa" w:w="1928"/>
            <w:tcMar>
              <w:top w:w="45" w:type="dxa"/>
              <w:bottom w:w="4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送付日</w:t>
            </w:r>
          </w:p>
        </w:tc>
        <w:tc>
          <w:tcPr>
            <w:tcW w:type="dxa" w:w="7937"/>
            <w:tcMar>
              <w:top w:w="45" w:type="dxa"/>
              <w:bottom w:w="4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2026年6月1日</w:t>
            </w:r>
          </w:p>
        </w:tc>
      </w:tr>
    </w:tbl>
    <w:p>
      <w:pPr>
        <w:spacing w:before="0" w:after="0" w:line="45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374" w:hRule="atLeast"/>
        </w:trPr>
        <w:tc>
          <w:tcPr>
            <w:tcW w:type="dxa" w:w="1928"/>
            <w:tcMar>
              <w:top w:w="45" w:type="dxa"/>
              <w:bottom w:w="4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担当者</w:t>
            </w:r>
          </w:p>
        </w:tc>
        <w:tc>
          <w:tcPr>
            <w:tcW w:type="dxa" w:w="7937"/>
            <w:tcMar>
              <w:top w:w="45" w:type="dxa"/>
              <w:bottom w:w="4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営業部　鈴木 一郎</w:t>
            </w:r>
          </w:p>
        </w:tc>
      </w:tr>
    </w:tbl>
    <w:p>
      <w:pPr>
        <w:spacing w:before="0" w:after="0" w:line="45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メッセージ</w:t>
      </w:r>
    </w:p>
    <w:tbl>
      <w:tblPr>
        <w:tblW w:type="dxa" w:w="9865"/>
        <w:tblInd w:w="1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865"/>
      </w:tblGrid>
      <w:tr>
        <w:trPr>
          <w:cantSplit/>
        </w:trPr>
        <w:tc>
          <w:tcPr>
            <w:tcW w:type="dxa" w:w="9865"/>
            <w:tcMar>
              <w:top w:w="45" w:type="dxa"/>
              <w:bottom w:w="57" w:type="dxa"/>
              <w:left w:w="198" w:type="dxa"/>
              <w:right w:w="198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2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いつもお世話になっております。</w:t>
            </w:r>
          </w:p>
          <w:p>
            <w:pPr>
              <w:spacing w:before="0" w:after="2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下記のとおりご注文書をお送りいたします。</w:t>
            </w:r>
          </w:p>
          <w:p>
            <w:pPr>
              <w:spacing w:before="0" w:after="2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ご確認のほど、よろしくお願いいたします。</w:t>
            </w:r>
          </w:p>
          <w:p>
            <w:pPr>
              <w:spacing w:before="0" w:after="2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ご不明な点は上記電話番号までお問い合わせください。</w:t>
            </w:r>
          </w:p>
        </w:tc>
      </w:tr>
    </w:tbl>
    <w:p>
      <w:pPr>
        <w:spacing w:before="0" w:after="0" w:line="57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備考</w:t>
      </w:r>
    </w:p>
    <w:tbl>
      <w:tblPr>
        <w:tblW w:type="dxa" w:w="9865"/>
        <w:tblInd w:w="1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865"/>
      </w:tblGrid>
      <w:tr>
        <w:trPr>
          <w:cantSplit/>
        </w:trPr>
        <w:tc>
          <w:tcPr>
            <w:tcW w:type="dxa" w:w="9865"/>
            <w:tcMar>
              <w:top w:w="45" w:type="dxa"/>
              <w:bottom w:w="57" w:type="dxa"/>
              <w:left w:w="198" w:type="dxa"/>
              <w:right w:w="198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2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ご返送は不要です。内容に相違がある場合は6月3日までにご連絡ください。</w:t>
            </w:r>
          </w:p>
        </w:tc>
      </w:tr>
    </w:tbl>
    <w:p>
      <w:pPr>
        <w:spacing w:before="0" w:after="0" w:line="45" w:lineRule="exact"/>
      </w:pP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記入例です。実際の内容はご自身の状況に合わせて記入してください。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本FAXに含まれる情報は送信先のみを対象としています。誤送信の場合は送信元まで連絡いただき破棄をお願いします。</w:t>
      </w: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