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double" w:sz="10" w:space="4" w:color="1B3A5C"/>
        </w:pBdr>
      </w:pPr>
      <w:r>
        <w:rPr>
          <w:rFonts w:ascii="Yu Mincho" w:hAnsi="Yu Mincho" w:eastAsia="Yu Mincho"/>
          <w:b/>
          <w:sz w:val="44"/>
          <w:color w:val="1B3A5C"/>
          <w:spacing w:val="36"/>
        </w:rPr>
        <w:t>訪 問 介 護 計 画 書</w:t>
      </w:r>
    </w:p>
    <w:p>
      <w:pPr>
        <w:jc w:val="center"/>
      </w:pPr>
      <w:r>
        <w:rPr>
          <w:rFonts w:ascii="Yu Gothic" w:hAnsi="Yu Gothic" w:eastAsia="Yu Gothic"/>
          <w:sz w:val="22"/>
        </w:rPr>
        <w:t>（介護保険法第8条第2項準拠）</w:t>
      </w:r>
    </w:p>
    <w:p>
      <w:pPr>
        <w:jc w:val="center"/>
      </w:pPr>
      <w:r>
        <w:rPr>
          <w:rFonts w:ascii="Yu Gothic" w:hAnsi="Yu Gothic" w:eastAsia="Yu Gothic"/>
          <w:sz w:val="18"/>
        </w:rPr>
        <w:t>※ケアマネジャー作成のケアプラン（居宅サービス計画書）と連動</w:t>
      </w:r>
    </w:p>
    <w:p/>
    <w:p>
      <w:r>
        <w:rPr>
          <w:rFonts w:ascii="Yu Gothic" w:hAnsi="Yu Gothic" w:eastAsia="Yu Gothic"/>
          <w:color w:val="1B3A5C"/>
          <w:sz w:val="28"/>
        </w:rPr>
        <w:t>■ ① 訪問介護計画書（介護保険法第8条第2項）</w:t>
      </w:r>
    </w:p>
    <w:p>
      <w:r>
        <w:rPr>
          <w:rFonts w:ascii="Yu Gothic" w:hAnsi="Yu Gothic" w:eastAsia="Yu Gothic"/>
          <w:sz w:val="18"/>
        </w:rPr>
        <w:t>作成: サービス提供責任者 ／ 説明同意: 利用者・家族 ／ 交付: 利用者</w:t>
      </w:r>
    </w:p>
    <w:p/>
    <w:p>
      <w:r>
        <w:rPr>
          <w:rFonts w:ascii="Yu Gothic" w:hAnsi="Yu Gothic" w:eastAsia="Yu Gothic"/>
          <w:color w:val="1B3A5C"/>
          <w:sz w:val="22"/>
        </w:rPr>
        <w:t>▼ 基本情報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利用者氏名</w:t>
            </w:r>
          </w:p>
        </w:tc>
        <w:tc>
          <w:tcPr>
            <w:tcW w:type="dxa" w:w="4819"/>
          </w:tcPr>
          <w:p>
            <w:r>
              <w:t xml:space="preserve">                  様</w:t>
            </w:r>
          </w:p>
        </w:tc>
      </w:tr>
      <w:tr>
        <w:tc>
          <w:tcPr>
            <w:tcW w:type="dxa" w:w="4819"/>
          </w:tcPr>
          <w:p>
            <w:r>
              <w:t>生年月日／年齢</w:t>
            </w:r>
          </w:p>
        </w:tc>
        <w:tc>
          <w:tcPr>
            <w:tcW w:type="dxa" w:w="4819"/>
          </w:tcPr>
          <w:p>
            <w:r>
              <w:t xml:space="preserve">    年  月  日（  歳）</w:t>
            </w:r>
          </w:p>
        </w:tc>
      </w:tr>
      <w:tr>
        <w:tc>
          <w:tcPr>
            <w:tcW w:type="dxa" w:w="4819"/>
          </w:tcPr>
          <w:p>
            <w:r>
              <w:t>性別</w:t>
            </w:r>
          </w:p>
        </w:tc>
        <w:tc>
          <w:tcPr>
            <w:tcW w:type="dxa" w:w="4819"/>
          </w:tcPr>
          <w:p>
            <w:r>
              <w:t>□男 □女</w:t>
            </w:r>
          </w:p>
        </w:tc>
      </w:tr>
      <w:tr>
        <w:tc>
          <w:tcPr>
            <w:tcW w:type="dxa" w:w="4819"/>
          </w:tcPr>
          <w:p>
            <w:r>
              <w:t>要介護度</w:t>
            </w:r>
          </w:p>
        </w:tc>
        <w:tc>
          <w:tcPr>
            <w:tcW w:type="dxa" w:w="4819"/>
          </w:tcPr>
          <w:p>
            <w:r>
              <w:t>□要支援1〜2 □要介護1〜5</w:t>
            </w:r>
          </w:p>
        </w:tc>
      </w:tr>
      <w:tr>
        <w:tc>
          <w:tcPr>
            <w:tcW w:type="dxa" w:w="4819"/>
          </w:tcPr>
          <w:p>
            <w:r>
              <w:t>認定有効期間</w:t>
            </w:r>
          </w:p>
        </w:tc>
        <w:tc>
          <w:tcPr>
            <w:tcW w:type="dxa" w:w="4819"/>
          </w:tcPr>
          <w:p>
            <w:r>
              <w:t xml:space="preserve">    年  月  日 〜    年  月  日</w:t>
            </w:r>
          </w:p>
        </w:tc>
      </w:tr>
      <w:tr>
        <w:tc>
          <w:tcPr>
            <w:tcW w:type="dxa" w:w="4819"/>
          </w:tcPr>
          <w:p>
            <w:r>
              <w:t>住所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家族構成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緊急連絡先</w:t>
            </w:r>
          </w:p>
        </w:tc>
        <w:tc>
          <w:tcPr>
            <w:tcW w:type="dxa" w:w="4819"/>
          </w:tcPr>
          <w:p>
            <w:r>
              <w:t xml:space="preserve">                  ／続柄：    </w:t>
            </w:r>
          </w:p>
        </w:tc>
      </w:tr>
      <w:tr>
        <w:tc>
          <w:tcPr>
            <w:tcW w:type="dxa" w:w="4819"/>
          </w:tcPr>
          <w:p>
            <w:r>
              <w:t>主治医</w:t>
            </w:r>
          </w:p>
        </w:tc>
        <w:tc>
          <w:tcPr>
            <w:tcW w:type="dxa" w:w="4819"/>
          </w:tcPr>
          <w:p>
            <w:r>
              <w:t xml:space="preserve">                  病院 ／    科 ／TEL：    </w:t>
            </w:r>
          </w:p>
        </w:tc>
      </w:tr>
      <w:tr>
        <w:tc>
          <w:tcPr>
            <w:tcW w:type="dxa" w:w="4819"/>
          </w:tcPr>
          <w:p>
            <w:r>
              <w:t>作成日</w:t>
            </w:r>
          </w:p>
        </w:tc>
        <w:tc>
          <w:tcPr>
            <w:tcW w:type="dxa" w:w="4819"/>
          </w:tcPr>
          <w:p>
            <w:r>
              <w:t xml:space="preserve">    年  月  日</w:t>
            </w:r>
          </w:p>
        </w:tc>
      </w:tr>
      <w:tr>
        <w:tc>
          <w:tcPr>
            <w:tcW w:type="dxa" w:w="4819"/>
          </w:tcPr>
          <w:p>
            <w:r>
              <w:t>作成者</w:t>
            </w:r>
          </w:p>
        </w:tc>
        <w:tc>
          <w:tcPr>
            <w:tcW w:type="dxa" w:w="4819"/>
          </w:tcPr>
          <w:p>
            <w:r>
              <w:t xml:space="preserve">サービス提供責任者：                  </w:t>
            </w:r>
          </w:p>
        </w:tc>
      </w:tr>
      <w:tr>
        <w:tc>
          <w:tcPr>
            <w:tcW w:type="dxa" w:w="4819"/>
          </w:tcPr>
          <w:p>
            <w:r>
              <w:t>ケアマネ</w:t>
            </w:r>
          </w:p>
        </w:tc>
        <w:tc>
          <w:tcPr>
            <w:tcW w:type="dxa" w:w="4819"/>
          </w:tcPr>
          <w:p>
            <w:r>
              <w:t xml:space="preserve">                  （事業所：    ）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アセスメント結果（ADL/IADL/認知）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ADL</w:t>
            </w:r>
          </w:p>
        </w:tc>
        <w:tc>
          <w:tcPr>
            <w:tcW w:type="dxa" w:w="4819"/>
          </w:tcPr>
          <w:p>
            <w:r>
              <w:t>食事/排泄/入浴/更衣/移乗/歩行 → □自立 □一部介助 □全介助</w:t>
            </w:r>
          </w:p>
        </w:tc>
      </w:tr>
      <w:tr>
        <w:tc>
          <w:tcPr>
            <w:tcW w:type="dxa" w:w="4819"/>
          </w:tcPr>
          <w:p>
            <w:r>
              <w:t>IADL</w:t>
            </w:r>
          </w:p>
        </w:tc>
        <w:tc>
          <w:tcPr>
            <w:tcW w:type="dxa" w:w="4819"/>
          </w:tcPr>
          <w:p>
            <w:r>
              <w:t>調理/掃除/洗濯/買物/服薬 → □自立 □一部介助 □全介助</w:t>
            </w:r>
          </w:p>
        </w:tc>
      </w:tr>
      <w:tr>
        <w:tc>
          <w:tcPr>
            <w:tcW w:type="dxa" w:w="4819"/>
          </w:tcPr>
          <w:p>
            <w:r>
              <w:t>認知症</w:t>
            </w:r>
          </w:p>
        </w:tc>
        <w:tc>
          <w:tcPr>
            <w:tcW w:type="dxa" w:w="4819"/>
          </w:tcPr>
          <w:p>
            <w:r>
              <w:t xml:space="preserve">□HDS-R    点／□MMSE    点／日常生活自立度：    </w:t>
            </w:r>
          </w:p>
        </w:tc>
      </w:tr>
      <w:tr>
        <w:tc>
          <w:tcPr>
            <w:tcW w:type="dxa" w:w="4819"/>
          </w:tcPr>
          <w:p>
            <w:r>
              <w:t>既往歴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服薬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アレルギー</w:t>
            </w:r>
          </w:p>
        </w:tc>
        <w:tc>
          <w:tcPr>
            <w:tcW w:type="dxa" w:w="4819"/>
          </w:tcPr>
          <w:p>
            <w:r>
              <w:t xml:space="preserve">□食物 □薬 □なし／詳細：    </w:t>
            </w:r>
          </w:p>
        </w:tc>
      </w:tr>
      <w:tr>
        <w:tc>
          <w:tcPr>
            <w:tcW w:type="dxa" w:w="4819"/>
          </w:tcPr>
          <w:p>
            <w:r>
              <w:t>住宅環境</w:t>
            </w:r>
          </w:p>
        </w:tc>
        <w:tc>
          <w:tcPr>
            <w:tcW w:type="dxa" w:w="4819"/>
          </w:tcPr>
          <w:p>
            <w:r>
              <w:t>□段差 □手すり □浴室改修 □ベッド導入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ニーズ・課題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18"/>
        <w:gridCol w:w="6520"/>
      </w:tblGrid>
      <w:tr>
        <w:tc>
          <w:tcPr>
            <w:tcW w:type="dxa" w:w="4819"/>
          </w:tcPr>
          <w:p>
            <w:r>
              <w:t>本人ニーズ</w:t>
            </w:r>
          </w:p>
        </w:tc>
        <w:tc>
          <w:tcPr>
            <w:tcW w:type="dxa" w:w="4819"/>
          </w:tcPr>
          <w:p>
            <w:r>
              <w:t>（本人が自分の言葉で表現した希望）</w:t>
            </w:r>
          </w:p>
        </w:tc>
      </w:tr>
      <w:tr>
        <w:tc>
          <w:tcPr>
            <w:tcW w:type="dxa" w:w="4819"/>
          </w:tcPr>
          <w:p>
            <w:r>
              <w:t>家族ニーズ</w:t>
            </w:r>
          </w:p>
        </w:tc>
        <w:tc>
          <w:tcPr>
            <w:tcW w:type="dxa" w:w="4819"/>
          </w:tcPr>
          <w:p>
            <w:r>
              <w:t>（家族の希望・困っていること）</w:t>
            </w:r>
          </w:p>
        </w:tc>
      </w:tr>
      <w:tr>
        <w:tc>
          <w:tcPr>
            <w:tcW w:type="dxa" w:w="4819"/>
          </w:tcPr>
          <w:p>
            <w:r>
              <w:t>生活上の課題</w:t>
            </w:r>
          </w:p>
        </w:tc>
        <w:tc>
          <w:tcPr>
            <w:tcW w:type="dxa" w:w="4819"/>
          </w:tcPr>
          <w:p>
            <w:r>
              <w:t>（自立生活の妨げとなる課題）</w:t>
            </w:r>
          </w:p>
        </w:tc>
      </w:tr>
      <w:tr>
        <w:tc>
          <w:tcPr>
            <w:tcW w:type="dxa" w:w="4819"/>
          </w:tcPr>
          <w:p>
            <w:r>
              <w:t>目標（長期）</w:t>
            </w:r>
          </w:p>
        </w:tc>
        <w:tc>
          <w:tcPr>
            <w:tcW w:type="dxa" w:w="4819"/>
          </w:tcPr>
          <w:p>
            <w:r>
              <w:t xml:space="preserve">    年    月までに：                  </w:t>
            </w:r>
          </w:p>
        </w:tc>
      </w:tr>
      <w:tr>
        <w:tc>
          <w:tcPr>
            <w:tcW w:type="dxa" w:w="4819"/>
          </w:tcPr>
          <w:p>
            <w:r>
              <w:t>目標（短期）</w:t>
            </w:r>
          </w:p>
        </w:tc>
        <w:tc>
          <w:tcPr>
            <w:tcW w:type="dxa" w:w="4819"/>
          </w:tcPr>
          <w:p>
            <w:r>
              <w:t xml:space="preserve">    か月以内に：                  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サービス内容（曜日別シフト）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t>曜日</w:t>
            </w:r>
          </w:p>
        </w:tc>
        <w:tc>
          <w:tcPr>
            <w:tcW w:type="dxa" w:w="1928"/>
          </w:tcPr>
          <w:p>
            <w:r>
              <w:t>時間帯</w:t>
            </w:r>
          </w:p>
        </w:tc>
        <w:tc>
          <w:tcPr>
            <w:tcW w:type="dxa" w:w="1928"/>
          </w:tcPr>
          <w:p>
            <w:r>
              <w:t>サービス種別</w:t>
            </w:r>
          </w:p>
        </w:tc>
        <w:tc>
          <w:tcPr>
            <w:tcW w:type="dxa" w:w="1928"/>
          </w:tcPr>
          <w:p>
            <w:r>
              <w:t>実施者</w:t>
            </w:r>
          </w:p>
        </w:tc>
        <w:tc>
          <w:tcPr>
            <w:tcW w:type="dxa" w:w="1928"/>
          </w:tcPr>
          <w:p>
            <w:r>
              <w:t>所要時間</w:t>
            </w:r>
          </w:p>
        </w:tc>
      </w:tr>
      <w:tr>
        <w:tc>
          <w:tcPr>
            <w:tcW w:type="dxa" w:w="1928"/>
          </w:tcPr>
          <w:p>
            <w:r>
              <w:t>月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火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水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木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金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土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  <w:tr>
        <w:tc>
          <w:tcPr>
            <w:tcW w:type="dxa" w:w="1928"/>
          </w:tcPr>
          <w:p>
            <w:r>
              <w:t>日</w:t>
            </w:r>
          </w:p>
        </w:tc>
        <w:tc>
          <w:tcPr>
            <w:tcW w:type="dxa" w:w="1928"/>
          </w:tcPr>
          <w:p>
            <w:r>
              <w:t xml:space="preserve">    時〜    時</w:t>
            </w:r>
          </w:p>
        </w:tc>
        <w:tc>
          <w:tcPr>
            <w:tcW w:type="dxa" w:w="1928"/>
          </w:tcPr>
          <w:p>
            <w:r>
              <w:t>□身体介護 □生活援助</w:t>
            </w:r>
          </w:p>
        </w:tc>
        <w:tc>
          <w:tcPr>
            <w:tcW w:type="dxa" w:w="1928"/>
          </w:tcPr>
          <w:p>
            <w:r>
              <w:t xml:space="preserve">ヘルパー    </w:t>
            </w:r>
          </w:p>
        </w:tc>
        <w:tc>
          <w:tcPr>
            <w:tcW w:type="dxa" w:w="1928"/>
          </w:tcPr>
          <w:p>
            <w:r>
              <w:t xml:space="preserve">    分</w:t>
            </w:r>
          </w:p>
        </w:tc>
      </w:tr>
    </w:tbl>
    <w:p/>
    <w:p>
      <w:r>
        <w:rPr>
          <w:rFonts w:ascii="Yu Gothic" w:hAnsi="Yu Gothic" w:eastAsia="Yu Gothic"/>
          <w:color w:val="1B3A5C"/>
          <w:sz w:val="22"/>
        </w:rPr>
        <w:t>▼ 留意事項・緊急時対応</w:t>
      </w:r>
    </w:p>
    <w:p>
      <w:r>
        <w:rPr>
          <w:rFonts w:ascii="Yu Gothic" w:hAnsi="Yu Gothic" w:eastAsia="Yu Gothic"/>
          <w:sz w:val="20"/>
        </w:rPr>
        <w:t xml:space="preserve">・転倒注意事項：                  </w:t>
        <w:br/>
        <w:t xml:space="preserve">・服薬時の注意：                  </w:t>
        <w:br/>
        <w:t xml:space="preserve">・食事形態：                  </w:t>
        <w:br/>
        <w:t>・緊急時連絡先：1次（家族）→ 2次（ケアマネ）→ 3次（主治医）→ 4次（119救急）</w:t>
        <w:br/>
        <w:t>・モニタリング頻度：月1回／6か月でケアプラン見直し</w:t>
      </w:r>
    </w:p>
    <w:p/>
    <w:p>
      <w:r>
        <w:rPr>
          <w:rFonts w:ascii="Yu Gothic" w:hAnsi="Yu Gothic" w:eastAsia="Yu Gothic"/>
          <w:sz w:val="20"/>
        </w:rPr>
        <w:t>上記の計画について、利用者及び家族に説明し、同意を得ました。</w:t>
      </w:r>
    </w:p>
    <w:p>
      <w:r>
        <w:rPr>
          <w:rFonts w:ascii="Yu Gothic" w:hAnsi="Yu Gothic" w:eastAsia="Yu Gothic"/>
          <w:b/>
          <w:sz w:val="22"/>
        </w:rPr>
        <w:t>サービス提供責任者</w:t>
      </w:r>
    </w:p>
    <w:p>
      <w:r>
        <w:rPr>
          <w:rFonts w:ascii="Yu Gothic" w:hAnsi="Yu Gothic" w:eastAsia="Yu Gothic"/>
          <w:sz w:val="22"/>
        </w:rPr>
        <w:t>氏名：                  　印</w:t>
      </w:r>
    </w:p>
    <w:p/>
    <w:p>
      <w:r>
        <w:rPr>
          <w:rFonts w:ascii="Yu Gothic" w:hAnsi="Yu Gothic" w:eastAsia="Yu Gothic"/>
          <w:b/>
          <w:sz w:val="22"/>
        </w:rPr>
        <w:t>利用者</w:t>
      </w:r>
    </w:p>
    <w:p>
      <w:r>
        <w:rPr>
          <w:rFonts w:ascii="Yu Gothic" w:hAnsi="Yu Gothic" w:eastAsia="Yu Gothic"/>
          <w:sz w:val="22"/>
        </w:rPr>
        <w:t>氏名：                  　印</w:t>
      </w:r>
    </w:p>
    <w:p/>
    <w:p>
      <w:r>
        <w:rPr>
          <w:rFonts w:ascii="Yu Gothic" w:hAnsi="Yu Gothic" w:eastAsia="Yu Gothic"/>
          <w:b/>
          <w:sz w:val="22"/>
        </w:rPr>
        <w:t>家族（代諾）</w:t>
      </w:r>
    </w:p>
    <w:p>
      <w:r>
        <w:rPr>
          <w:rFonts w:ascii="Yu Gothic" w:hAnsi="Yu Gothic" w:eastAsia="Yu Gothic"/>
          <w:sz w:val="22"/>
        </w:rPr>
        <w:t>氏名：                  　続柄：        　印</w:t>
      </w:r>
    </w:p>
    <w:p/>
    <w:sectPr w:rsidR="00FC693F" w:rsidRPr="0006063C" w:rsidSect="00034616">
      <w:pgSz w:w="11906" w:h="16838"/>
      <w:pgMar w:top="1247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 w:ascii="Yu Gothic" w:hAnsi="Yu Gothic" w:eastAsia="Yu Gothic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66707A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66707A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9C4CF"/>
        <w:left w:val="single" w:sz="8" w:space="0" w:color="B9C4CF"/>
        <w:bottom w:val="single" w:sz="8" w:space="0" w:color="B9C4CF"/>
        <w:right w:val="single" w:sz="8" w:space="0" w:color="B9C4CF"/>
        <w:insideH w:val="single" w:sz="8" w:space="0" w:color="B9C4CF"/>
        <w:insideV w:val="single" w:sz="8" w:space="0" w:color="B9C4C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 w:ascii="Yu Gothic" w:eastAsia="Yu Gothic" w:hAnsi="Yu Gothic"/>
        <w:b/>
        <w:bCs/>
      </w:rPr>
      <w:tblPr/>
      <w:tcPr>
        <w:tcBorders>
          <w:top w:val="single" w:sz="8" w:space="0" w:color="B9C4CF"/>
          <w:left w:val="single" w:sz="8" w:space="0" w:color="B9C4CF"/>
          <w:bottom w:val="single" w:sz="18" w:space="0" w:color="1B3A5C"/>
          <w:right w:val="single" w:sz="8" w:space="0" w:color="B9C4CF"/>
          <w:insideH w:val="nil"/>
          <w:insideV w:val="single" w:sz="8" w:space="0" w:color="B9C4CF"/>
        </w:tcBorders>
      </w:tcPr>
    </w:tblStylePr>
    <w:tblStylePr w:type="lastRow">
      <w:pPr>
        <w:spacing w:before="0" w:after="0" w:line="240" w:lineRule="auto"/>
      </w:pPr>
      <w:rPr>
        <w:rFonts w:cstheme="majorBidi" w:ascii="Yu Gothic" w:eastAsia="Yu Gothic" w:hAnsi="Yu Gothic"/>
        <w:b/>
        <w:bCs/>
      </w:rPr>
      <w:tblPr/>
      <w:tcPr>
        <w:tcBorders>
          <w:top w:val="double" w:sz="6" w:space="0" w:color="1B3A5C"/>
          <w:left w:val="single" w:sz="8" w:space="0" w:color="B9C4CF"/>
          <w:bottom w:val="single" w:sz="8" w:space="0" w:color="B9C4CF"/>
          <w:right w:val="single" w:sz="8" w:space="0" w:color="B9C4CF"/>
          <w:insideH w:val="nil"/>
          <w:insideV w:val="single" w:sz="8" w:space="0" w:color="B9C4CF"/>
        </w:tcBorders>
      </w:tcPr>
    </w:tblStylePr>
    <w:tblStylePr w:type="firstCol">
      <w:rPr>
        <w:rFonts w:cstheme="majorBidi" w:ascii="Yu Gothic" w:eastAsia="Yu Gothic" w:hAnsi="Yu Gothic"/>
        <w:b/>
        <w:bCs/>
      </w:rPr>
    </w:tblStylePr>
    <w:tblStylePr w:type="lastCol">
      <w:rPr>
        <w:rFonts w:cstheme="majorBidi" w:ascii="Yu Gothic" w:eastAsia="Yu Gothic" w:hAnsi="Yu Gothic"/>
        <w:b/>
        <w:bCs/>
      </w:rPr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</w:tcBorders>
      </w:tcPr>
    </w:tblStylePr>
    <w:tblStylePr w:type="band1Vert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</w:tcBorders>
        <w:shd w:val="clear" w:color="auto" w:fill="F2F2EF"/>
      </w:tcPr>
    </w:tblStylePr>
    <w:tblStylePr w:type="band1Horz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  <w:insideV w:val="single" w:sz="8" w:space="0" w:color="B9C4CF"/>
        </w:tcBorders>
        <w:shd w:val="clear" w:color="auto" w:fill="F2F2EF"/>
      </w:tcPr>
    </w:tblStylePr>
    <w:tblStylePr w:type="band2Horz">
      <w:tblPr/>
      <w:tcPr>
        <w:tcBorders>
          <w:top w:val="single" w:sz="8" w:space="0" w:color="B9C4CF"/>
          <w:left w:val="single" w:sz="8" w:space="0" w:color="B9C4CF"/>
          <w:bottom w:val="single" w:sz="8" w:space="0" w:color="B9C4CF"/>
          <w:right w:val="single" w:sz="8" w:space="0" w:color="B9C4CF"/>
          <w:insideV w:val="single" w:sz="8" w:space="0" w:color="B9C4CF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Yu Gothic"/>
        <a:ea typeface="Yu Gothic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Gothic"/>
        <a:ea typeface="Yu Gothic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